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אירועים מרכזיים בחייו של מנחם בגין כמנהיג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שהנחו את התנהלותו האישית והציבורית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החלטות מדיניות שקיבל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הסכם השלום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דירה פשוטה וצניעות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כיהן בשתי קדנציות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חתם על הסכם שלום היסטורי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התפטר בשנות השמונים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נודע דווקא בצניעותו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ארצות הברית תיווכה בין הצדדים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קמפ דיוויד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(נשיא מצרים שחתם על השלום)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השיחות המדיניות בארה״ב)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(שטח שהוחזר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(פרס בינלאומי על תרומה לשלום)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(ערך שאפיין את אורח חייו של בגין)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ייתכן התייחסות לצניעות, אומץ בקבלת החלטות, או שאיפה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המתייחסת לאיזון בין ביטחון, אידאולוגיה והשגת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יתייחס לדוגמה קונקרטית, יקשר בין הערך לדמות בגין, ויכתוב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מתייחס לפרט אמיתי מתוכן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קבלו כל שאלה מנומקת וענייינית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לציון ערך כמו צניעות, אחריות או שאיפה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דיון קצר על הקשר בין ערכים אישיים להחלטות מדיניות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להשוות בין חלק מסעיפי האמת/לא נכון לדיון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לקבוצות בעלות קצב איטי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עיקרי קורותיו של מנחם בגין - דרכו כמנהיג, אורח חייו הצנוע, והסכם השלום עם מצרים.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נבחר מנחם בגין לראש ממשלה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נשיא מצרים שחתם על הסכם השלום עם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קיבל בגין פרס נובל לשלום?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הסכם השלום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נאום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שטח פונה כחלק מהסכם השלום עם 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מאפיין את אורח חייו האישי של בגין לפי התכנים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מפוארים ועושר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דירה פשוטה וצניעות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נסיעות תכופות לחו״ל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התרחקות מהציבור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שימש כראש ממשלה יותר מפעם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התנגד לכל הסכם שלום עם מדינות 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התפטר מתפקיד ראש הממשלה בשלב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החומרים שלמדנו, בגין נחשב לדמות שחייתה בפאר ובעושר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קמפ דיוויד נחתם ללא מעורבות של מדינה שלישית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חתם על הסכם שלום עם 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קיבל פרס __________ לשלום על תרומתו להסכם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כחלק מהשלום, ישראל נסוגה מחצי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נודע באורח חייו ה__________, הרחק מפאר ומותרות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השיחות ההיסטוריות בין בגין לסאדאת התקיימו בארה״ב במקום הנקרא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פרס בינלאומי על תרומה לשלום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נשיא מצרים שחתם על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חצי האי 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השיחות המדיניות בארה״ב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 נובל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ערך שאפיין את אורח חייו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שהוחזר למצרים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לדעתכם הערך המרכזי ביותר שאפשר ללמוד מדמותו של בגין?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ייתכן שהחלטה על נסיגה משטח הייתה קשה למנהיג כמו בגין?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המתארת כיצד היה אפשר ליישם ערך של צניעות במנהיגות ציבורית בימינו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אחד שמסכם את דמותו של בגין בעיניי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פתוחה שנשארה לי על אחת ההחלטות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שהייתי רוצה לראות יותר במנהיגות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